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2BE1" w:rsidRPr="005C2C76" w:rsidRDefault="00532BE1" w:rsidP="00532BE1">
      <w:pPr>
        <w:pStyle w:val="Heading1"/>
        <w:rPr>
          <w:rFonts w:ascii="Times New Roman" w:hAnsi="Times New Roman" w:cs="Times New Roman"/>
        </w:rPr>
      </w:pPr>
      <w:r w:rsidRPr="005C2C76">
        <w:rPr>
          <w:rStyle w:val="Strong"/>
          <w:rFonts w:ascii="Times New Roman" w:hAnsi="Times New Roman" w:cs="Times New Roman"/>
          <w:b/>
          <w:bCs/>
        </w:rPr>
        <w:t>Curriculum Vitae</w:t>
      </w:r>
    </w:p>
    <w:p w:rsidR="00532BE1" w:rsidRPr="005C2C76" w:rsidRDefault="00532BE1" w:rsidP="00532BE1">
      <w:pPr>
        <w:pStyle w:val="NormalWeb"/>
        <w:rPr>
          <w:sz w:val="28"/>
          <w:szCs w:val="28"/>
        </w:rPr>
      </w:pPr>
      <w:r w:rsidRPr="005C2C76">
        <w:rPr>
          <w:rStyle w:val="Strong"/>
          <w:sz w:val="28"/>
          <w:szCs w:val="28"/>
        </w:rPr>
        <w:t>Kofi Annan Koradje</w:t>
      </w:r>
      <w:r w:rsidRPr="005C2C76">
        <w:rPr>
          <w:sz w:val="28"/>
          <w:szCs w:val="28"/>
        </w:rPr>
        <w:br/>
      </w:r>
      <w:r w:rsidRPr="005C2C76">
        <w:rPr>
          <w:rStyle w:val="Strong"/>
          <w:sz w:val="28"/>
          <w:szCs w:val="28"/>
        </w:rPr>
        <w:t>Full Stack Developer</w:t>
      </w:r>
    </w:p>
    <w:p w:rsidR="00532BE1" w:rsidRPr="005C2C76" w:rsidRDefault="00532BE1" w:rsidP="00532BE1">
      <w:pPr>
        <w:pStyle w:val="NormalWeb"/>
        <w:rPr>
          <w:sz w:val="28"/>
          <w:szCs w:val="28"/>
        </w:rPr>
      </w:pPr>
      <w:r w:rsidRPr="005C2C76">
        <w:rPr>
          <w:rFonts w:ascii="Segoe UI Emoji" w:hAnsi="Segoe UI Emoji" w:cs="Segoe UI Emoji"/>
          <w:sz w:val="28"/>
          <w:szCs w:val="28"/>
        </w:rPr>
        <w:t>📞</w:t>
      </w:r>
      <w:r w:rsidRPr="005C2C76">
        <w:rPr>
          <w:sz w:val="28"/>
          <w:szCs w:val="28"/>
        </w:rPr>
        <w:t xml:space="preserve"> Phone: 0538132211 / 0595159440</w:t>
      </w:r>
      <w:r w:rsidRPr="005C2C76">
        <w:rPr>
          <w:sz w:val="28"/>
          <w:szCs w:val="28"/>
        </w:rPr>
        <w:br/>
      </w:r>
      <w:r w:rsidRPr="005C2C76">
        <w:rPr>
          <w:rFonts w:ascii="Segoe UI Emoji" w:hAnsi="Segoe UI Emoji" w:cs="Segoe UI Emoji"/>
          <w:sz w:val="28"/>
          <w:szCs w:val="28"/>
        </w:rPr>
        <w:t>📧</w:t>
      </w:r>
      <w:r w:rsidRPr="005C2C76">
        <w:rPr>
          <w:sz w:val="28"/>
          <w:szCs w:val="28"/>
        </w:rPr>
        <w:t xml:space="preserve"> Email: </w:t>
      </w:r>
      <w:hyperlink r:id="rId6" w:history="1">
        <w:r w:rsidRPr="005C2C76">
          <w:rPr>
            <w:rStyle w:val="Hyperlink"/>
            <w:sz w:val="28"/>
            <w:szCs w:val="28"/>
          </w:rPr>
          <w:t>kofik1437g@gmail.com</w:t>
        </w:r>
      </w:hyperlink>
      <w:r w:rsidRPr="005C2C76">
        <w:rPr>
          <w:sz w:val="28"/>
          <w:szCs w:val="28"/>
        </w:rPr>
        <w:t xml:space="preserve"> | </w:t>
      </w:r>
      <w:hyperlink r:id="rId7" w:history="1">
        <w:r w:rsidRPr="005C2C76">
          <w:rPr>
            <w:rStyle w:val="Hyperlink"/>
            <w:sz w:val="28"/>
            <w:szCs w:val="28"/>
          </w:rPr>
          <w:t>kofiannankoradje1@gmail.com</w:t>
        </w:r>
      </w:hyperlink>
      <w:r w:rsidRPr="005C2C76">
        <w:rPr>
          <w:sz w:val="28"/>
          <w:szCs w:val="28"/>
        </w:rPr>
        <w:br/>
      </w:r>
      <w:r w:rsidRPr="005C2C76">
        <w:rPr>
          <w:rFonts w:ascii="Segoe UI Emoji" w:hAnsi="Segoe UI Emoji" w:cs="Segoe UI Emoji"/>
          <w:sz w:val="28"/>
          <w:szCs w:val="28"/>
        </w:rPr>
        <w:t>📍</w:t>
      </w:r>
      <w:r w:rsidRPr="005C2C76">
        <w:rPr>
          <w:sz w:val="28"/>
          <w:szCs w:val="28"/>
        </w:rPr>
        <w:t xml:space="preserve"> Address: </w:t>
      </w:r>
      <w:proofErr w:type="spellStart"/>
      <w:r w:rsidRPr="005C2C76">
        <w:rPr>
          <w:sz w:val="28"/>
          <w:szCs w:val="28"/>
        </w:rPr>
        <w:t>Tesano</w:t>
      </w:r>
      <w:proofErr w:type="spellEnd"/>
      <w:r w:rsidRPr="005C2C76">
        <w:rPr>
          <w:sz w:val="28"/>
          <w:szCs w:val="28"/>
        </w:rPr>
        <w:t>, Ghana</w:t>
      </w:r>
      <w:r w:rsidRPr="005C2C76">
        <w:rPr>
          <w:sz w:val="28"/>
          <w:szCs w:val="28"/>
        </w:rPr>
        <w:br/>
      </w:r>
      <w:r w:rsidRPr="005C2C76">
        <w:rPr>
          <w:rFonts w:ascii="Segoe UI Emoji" w:hAnsi="Segoe UI Emoji" w:cs="Segoe UI Emoji"/>
          <w:sz w:val="28"/>
          <w:szCs w:val="28"/>
        </w:rPr>
        <w:t>🌐</w:t>
      </w:r>
      <w:r w:rsidRPr="005C2C76">
        <w:rPr>
          <w:sz w:val="28"/>
          <w:szCs w:val="28"/>
        </w:rPr>
        <w:t xml:space="preserve"> Website: </w:t>
      </w:r>
      <w:hyperlink r:id="rId8" w:history="1">
        <w:r w:rsidRPr="005C2C76">
          <w:rPr>
            <w:rStyle w:val="Hyperlink"/>
            <w:sz w:val="28"/>
            <w:szCs w:val="28"/>
          </w:rPr>
          <w:t>kofiannankoradje.com</w:t>
        </w:r>
      </w:hyperlink>
    </w:p>
    <w:p w:rsidR="00532BE1" w:rsidRPr="005C2C76" w:rsidRDefault="00532BE1" w:rsidP="00532BE1">
      <w:pPr>
        <w:rPr>
          <w:rFonts w:ascii="Times New Roman" w:hAnsi="Times New Roman" w:cs="Times New Roman"/>
          <w:sz w:val="28"/>
          <w:szCs w:val="28"/>
        </w:rPr>
      </w:pPr>
    </w:p>
    <w:p w:rsidR="00532BE1" w:rsidRPr="005C2C76" w:rsidRDefault="00532BE1" w:rsidP="00532BE1">
      <w:pPr>
        <w:pStyle w:val="Heading2"/>
        <w:rPr>
          <w:rFonts w:ascii="Times New Roman" w:hAnsi="Times New Roman" w:cs="Times New Roman"/>
          <w:sz w:val="28"/>
          <w:szCs w:val="28"/>
        </w:rPr>
      </w:pPr>
      <w:r w:rsidRPr="005C2C76">
        <w:rPr>
          <w:rStyle w:val="Strong"/>
          <w:rFonts w:ascii="Times New Roman" w:hAnsi="Times New Roman" w:cs="Times New Roman"/>
          <w:b/>
          <w:bCs/>
          <w:sz w:val="28"/>
          <w:szCs w:val="28"/>
        </w:rPr>
        <w:t>Professional Summary</w:t>
      </w:r>
    </w:p>
    <w:p w:rsidR="00532BE1" w:rsidRPr="005C2C76" w:rsidRDefault="00532BE1" w:rsidP="00532BE1">
      <w:pPr>
        <w:pStyle w:val="NormalWeb"/>
        <w:rPr>
          <w:sz w:val="28"/>
          <w:szCs w:val="28"/>
        </w:rPr>
      </w:pPr>
      <w:r w:rsidRPr="005C2C76">
        <w:rPr>
          <w:sz w:val="28"/>
          <w:szCs w:val="28"/>
        </w:rPr>
        <w:t xml:space="preserve">Innovative and results-driven Full Stack Developer with expertise in front-end and back-end development, database management, and API integration. Skilled in building dynamic, scalable, and high-performance web applications using Laravel, PHP, JavaScript, and MySQL. Experienced in creating static websites with HTML, CSS, and JavaScript, as well as developing fully functional websites with WordPress. Adept at problem-solving, team collaboration, and Agile methodologies. Passionate about delivering high-quality digital solutions that enhance business performance and user engagement. </w:t>
      </w:r>
      <w:proofErr w:type="gramStart"/>
      <w:r w:rsidRPr="005C2C76">
        <w:rPr>
          <w:sz w:val="28"/>
          <w:szCs w:val="28"/>
        </w:rPr>
        <w:t>Also</w:t>
      </w:r>
      <w:proofErr w:type="gramEnd"/>
      <w:r w:rsidRPr="005C2C76">
        <w:rPr>
          <w:sz w:val="28"/>
          <w:szCs w:val="28"/>
        </w:rPr>
        <w:t xml:space="preserve"> a creative photographer and journalist with a keen eye for detail and storytelling.</w:t>
      </w:r>
    </w:p>
    <w:p w:rsidR="00532BE1" w:rsidRPr="005C2C76" w:rsidRDefault="00532BE1" w:rsidP="00532BE1">
      <w:pPr>
        <w:rPr>
          <w:rFonts w:ascii="Times New Roman" w:hAnsi="Times New Roman" w:cs="Times New Roman"/>
          <w:sz w:val="28"/>
          <w:szCs w:val="28"/>
        </w:rPr>
      </w:pPr>
    </w:p>
    <w:p w:rsidR="00532BE1" w:rsidRPr="005C2C76" w:rsidRDefault="00532BE1" w:rsidP="00532BE1">
      <w:pPr>
        <w:pStyle w:val="Heading2"/>
        <w:rPr>
          <w:rFonts w:ascii="Times New Roman" w:hAnsi="Times New Roman" w:cs="Times New Roman"/>
          <w:sz w:val="28"/>
          <w:szCs w:val="28"/>
        </w:rPr>
      </w:pPr>
      <w:r w:rsidRPr="005C2C76">
        <w:rPr>
          <w:rStyle w:val="Strong"/>
          <w:rFonts w:ascii="Times New Roman" w:hAnsi="Times New Roman" w:cs="Times New Roman"/>
          <w:b/>
          <w:bCs/>
          <w:sz w:val="28"/>
          <w:szCs w:val="28"/>
        </w:rPr>
        <w:t>Work Experience</w:t>
      </w:r>
    </w:p>
    <w:p w:rsidR="00532BE1" w:rsidRPr="005C2C76" w:rsidRDefault="00532BE1" w:rsidP="00532BE1">
      <w:pPr>
        <w:pStyle w:val="Heading3"/>
        <w:rPr>
          <w:rFonts w:ascii="Times New Roman" w:hAnsi="Times New Roman" w:cs="Times New Roman"/>
          <w:sz w:val="28"/>
          <w:szCs w:val="28"/>
        </w:rPr>
      </w:pPr>
      <w:r w:rsidRPr="005C2C76">
        <w:rPr>
          <w:rStyle w:val="Strong"/>
          <w:rFonts w:ascii="Times New Roman" w:hAnsi="Times New Roman" w:cs="Times New Roman"/>
          <w:b/>
          <w:bCs/>
          <w:sz w:val="28"/>
          <w:szCs w:val="28"/>
        </w:rPr>
        <w:t xml:space="preserve">GEP Consultants Ltd – </w:t>
      </w:r>
      <w:proofErr w:type="spellStart"/>
      <w:r w:rsidRPr="005C2C76">
        <w:rPr>
          <w:rStyle w:val="Strong"/>
          <w:rFonts w:ascii="Times New Roman" w:hAnsi="Times New Roman" w:cs="Times New Roman"/>
          <w:b/>
          <w:bCs/>
          <w:sz w:val="28"/>
          <w:szCs w:val="28"/>
        </w:rPr>
        <w:t>Tesano</w:t>
      </w:r>
      <w:proofErr w:type="spellEnd"/>
      <w:r w:rsidRPr="005C2C76">
        <w:rPr>
          <w:rStyle w:val="Strong"/>
          <w:rFonts w:ascii="Times New Roman" w:hAnsi="Times New Roman" w:cs="Times New Roman"/>
          <w:b/>
          <w:bCs/>
          <w:sz w:val="28"/>
          <w:szCs w:val="28"/>
        </w:rPr>
        <w:t xml:space="preserve"> / Rochester</w:t>
      </w:r>
    </w:p>
    <w:p w:rsidR="00532BE1" w:rsidRPr="005C2C76" w:rsidRDefault="00532BE1" w:rsidP="00532BE1">
      <w:pPr>
        <w:pStyle w:val="NormalWeb"/>
        <w:rPr>
          <w:sz w:val="28"/>
          <w:szCs w:val="28"/>
        </w:rPr>
      </w:pPr>
      <w:r w:rsidRPr="005C2C76">
        <w:rPr>
          <w:rStyle w:val="Strong"/>
          <w:sz w:val="28"/>
          <w:szCs w:val="28"/>
        </w:rPr>
        <w:t>Full Stack Developer</w:t>
      </w:r>
    </w:p>
    <w:p w:rsidR="00532BE1" w:rsidRPr="005C2C76" w:rsidRDefault="00532BE1" w:rsidP="00532BE1">
      <w:pPr>
        <w:pStyle w:val="NormalWeb"/>
        <w:numPr>
          <w:ilvl w:val="0"/>
          <w:numId w:val="14"/>
        </w:numPr>
        <w:rPr>
          <w:sz w:val="28"/>
          <w:szCs w:val="28"/>
        </w:rPr>
      </w:pPr>
      <w:r w:rsidRPr="005C2C76">
        <w:rPr>
          <w:sz w:val="28"/>
          <w:szCs w:val="28"/>
        </w:rPr>
        <w:t>Developed and launched the official GEP Consultants website, enhancing the company’s online presence.</w:t>
      </w:r>
    </w:p>
    <w:p w:rsidR="00532BE1" w:rsidRPr="005C2C76" w:rsidRDefault="00532BE1" w:rsidP="00532BE1">
      <w:pPr>
        <w:pStyle w:val="NormalWeb"/>
        <w:numPr>
          <w:ilvl w:val="0"/>
          <w:numId w:val="14"/>
        </w:numPr>
        <w:rPr>
          <w:sz w:val="28"/>
          <w:szCs w:val="28"/>
        </w:rPr>
      </w:pPr>
      <w:r w:rsidRPr="005C2C76">
        <w:rPr>
          <w:sz w:val="28"/>
          <w:szCs w:val="28"/>
        </w:rPr>
        <w:t>Led a team of developers and designers to deliver innovative, client-focused solutions.</w:t>
      </w:r>
    </w:p>
    <w:p w:rsidR="00532BE1" w:rsidRPr="005C2C76" w:rsidRDefault="00532BE1" w:rsidP="00532BE1">
      <w:pPr>
        <w:pStyle w:val="NormalWeb"/>
        <w:numPr>
          <w:ilvl w:val="0"/>
          <w:numId w:val="14"/>
        </w:numPr>
        <w:rPr>
          <w:sz w:val="28"/>
          <w:szCs w:val="28"/>
        </w:rPr>
      </w:pPr>
      <w:r w:rsidRPr="005C2C76">
        <w:rPr>
          <w:sz w:val="28"/>
          <w:szCs w:val="28"/>
        </w:rPr>
        <w:t>Implemented secure, scalable, and user-friendly web applications.</w:t>
      </w:r>
    </w:p>
    <w:p w:rsidR="00532BE1" w:rsidRPr="005C2C76" w:rsidRDefault="00532BE1" w:rsidP="00532BE1">
      <w:pPr>
        <w:pStyle w:val="NormalWeb"/>
        <w:numPr>
          <w:ilvl w:val="0"/>
          <w:numId w:val="14"/>
        </w:numPr>
        <w:rPr>
          <w:sz w:val="28"/>
          <w:szCs w:val="28"/>
        </w:rPr>
      </w:pPr>
      <w:r w:rsidRPr="005C2C76">
        <w:rPr>
          <w:sz w:val="28"/>
          <w:szCs w:val="28"/>
        </w:rPr>
        <w:lastRenderedPageBreak/>
        <w:t>Designed and deployed a custom CMS for efficient content management and client interactions.</w:t>
      </w:r>
    </w:p>
    <w:p w:rsidR="00532BE1" w:rsidRPr="005C2C76" w:rsidRDefault="00532BE1" w:rsidP="00532BE1">
      <w:pPr>
        <w:rPr>
          <w:rFonts w:ascii="Times New Roman" w:hAnsi="Times New Roman" w:cs="Times New Roman"/>
          <w:sz w:val="28"/>
          <w:szCs w:val="28"/>
        </w:rPr>
      </w:pPr>
    </w:p>
    <w:p w:rsidR="00532BE1" w:rsidRPr="005C2C76" w:rsidRDefault="00532BE1" w:rsidP="00532BE1">
      <w:pPr>
        <w:pStyle w:val="Heading3"/>
        <w:rPr>
          <w:rFonts w:ascii="Times New Roman" w:hAnsi="Times New Roman" w:cs="Times New Roman"/>
          <w:sz w:val="28"/>
          <w:szCs w:val="28"/>
        </w:rPr>
      </w:pPr>
      <w:r w:rsidRPr="005C2C76">
        <w:rPr>
          <w:rStyle w:val="Strong"/>
          <w:rFonts w:ascii="Times New Roman" w:hAnsi="Times New Roman" w:cs="Times New Roman"/>
          <w:b/>
          <w:bCs/>
          <w:sz w:val="28"/>
          <w:szCs w:val="28"/>
        </w:rPr>
        <w:t>JAGLAD Property Services – UK</w:t>
      </w:r>
    </w:p>
    <w:p w:rsidR="00532BE1" w:rsidRPr="005C2C76" w:rsidRDefault="00532BE1" w:rsidP="00532BE1">
      <w:pPr>
        <w:pStyle w:val="NormalWeb"/>
        <w:rPr>
          <w:sz w:val="28"/>
          <w:szCs w:val="28"/>
        </w:rPr>
      </w:pPr>
      <w:r w:rsidRPr="005C2C76">
        <w:rPr>
          <w:rStyle w:val="Strong"/>
          <w:sz w:val="28"/>
          <w:szCs w:val="28"/>
        </w:rPr>
        <w:t>Lead Web Developer</w:t>
      </w:r>
    </w:p>
    <w:p w:rsidR="00532BE1" w:rsidRPr="005C2C76" w:rsidRDefault="00532BE1" w:rsidP="00532BE1">
      <w:pPr>
        <w:pStyle w:val="NormalWeb"/>
        <w:numPr>
          <w:ilvl w:val="0"/>
          <w:numId w:val="15"/>
        </w:numPr>
        <w:rPr>
          <w:sz w:val="28"/>
          <w:szCs w:val="28"/>
        </w:rPr>
      </w:pPr>
      <w:r w:rsidRPr="005C2C76">
        <w:rPr>
          <w:sz w:val="28"/>
          <w:szCs w:val="28"/>
        </w:rPr>
        <w:t>Designed and developed JAGLAD Property Services’ official website to showcase verified home service professionals.</w:t>
      </w:r>
    </w:p>
    <w:p w:rsidR="00532BE1" w:rsidRPr="005C2C76" w:rsidRDefault="00532BE1" w:rsidP="00532BE1">
      <w:pPr>
        <w:pStyle w:val="NormalWeb"/>
        <w:numPr>
          <w:ilvl w:val="0"/>
          <w:numId w:val="15"/>
        </w:numPr>
        <w:rPr>
          <w:sz w:val="28"/>
          <w:szCs w:val="28"/>
        </w:rPr>
      </w:pPr>
      <w:r w:rsidRPr="005C2C76">
        <w:rPr>
          <w:sz w:val="28"/>
          <w:szCs w:val="28"/>
        </w:rPr>
        <w:t>Built a service listing system for offerings such as EICR, EPC, gas certificates, mould cleaning, painting, and retrofit assessments.</w:t>
      </w:r>
    </w:p>
    <w:p w:rsidR="00532BE1" w:rsidRPr="005C2C76" w:rsidRDefault="00532BE1" w:rsidP="00532BE1">
      <w:pPr>
        <w:pStyle w:val="NormalWeb"/>
        <w:numPr>
          <w:ilvl w:val="0"/>
          <w:numId w:val="15"/>
        </w:numPr>
        <w:rPr>
          <w:sz w:val="28"/>
          <w:szCs w:val="28"/>
        </w:rPr>
      </w:pPr>
      <w:r w:rsidRPr="005C2C76">
        <w:rPr>
          <w:sz w:val="28"/>
          <w:szCs w:val="28"/>
        </w:rPr>
        <w:t>Integrated provider sign-up, customer inquiry forms, and login functionality for seamless engagement.</w:t>
      </w:r>
    </w:p>
    <w:p w:rsidR="00532BE1" w:rsidRPr="005C2C76" w:rsidRDefault="00532BE1" w:rsidP="00532BE1">
      <w:pPr>
        <w:pStyle w:val="NormalWeb"/>
        <w:numPr>
          <w:ilvl w:val="0"/>
          <w:numId w:val="15"/>
        </w:numPr>
        <w:rPr>
          <w:sz w:val="28"/>
          <w:szCs w:val="28"/>
        </w:rPr>
      </w:pPr>
      <w:r w:rsidRPr="005C2C76">
        <w:rPr>
          <w:sz w:val="28"/>
          <w:szCs w:val="28"/>
        </w:rPr>
        <w:t>Enhanced credibility with client testimonials, trust indicators (500+ customers, 50+ providers, 4.9 rating), and call-to-action sections.</w:t>
      </w:r>
    </w:p>
    <w:p w:rsidR="00532BE1" w:rsidRPr="005C2C76" w:rsidRDefault="00532BE1" w:rsidP="00532BE1">
      <w:pPr>
        <w:pStyle w:val="NormalWeb"/>
        <w:numPr>
          <w:ilvl w:val="0"/>
          <w:numId w:val="15"/>
        </w:numPr>
        <w:rPr>
          <w:sz w:val="28"/>
          <w:szCs w:val="28"/>
        </w:rPr>
      </w:pPr>
      <w:r w:rsidRPr="005C2C76">
        <w:rPr>
          <w:sz w:val="28"/>
          <w:szCs w:val="28"/>
        </w:rPr>
        <w:t>Optimized performance, responsiveness, and UX to boost conversions and customer trust.</w:t>
      </w:r>
    </w:p>
    <w:p w:rsidR="00532BE1" w:rsidRPr="005C2C76" w:rsidRDefault="00532BE1" w:rsidP="00532BE1">
      <w:pPr>
        <w:rPr>
          <w:rFonts w:ascii="Times New Roman" w:hAnsi="Times New Roman" w:cs="Times New Roman"/>
          <w:sz w:val="28"/>
          <w:szCs w:val="28"/>
        </w:rPr>
      </w:pPr>
      <w:r w:rsidRPr="005C2C76">
        <w:rPr>
          <w:rFonts w:ascii="Times New Roman" w:hAnsi="Times New Roman" w:cs="Times New Roman"/>
          <w:sz w:val="28"/>
          <w:szCs w:val="28"/>
        </w:rPr>
        <w:pict>
          <v:rect id="_x0000_i1097" style="width:0;height:1.5pt" o:hralign="center" o:hrstd="t" o:hr="t" fillcolor="#a0a0a0" stroked="f"/>
        </w:pict>
      </w:r>
    </w:p>
    <w:p w:rsidR="00532BE1" w:rsidRPr="005C2C76" w:rsidRDefault="00532BE1" w:rsidP="00532BE1">
      <w:pPr>
        <w:pStyle w:val="Heading3"/>
        <w:rPr>
          <w:rFonts w:ascii="Times New Roman" w:hAnsi="Times New Roman" w:cs="Times New Roman"/>
          <w:sz w:val="28"/>
          <w:szCs w:val="28"/>
        </w:rPr>
      </w:pPr>
      <w:r w:rsidRPr="005C2C76">
        <w:rPr>
          <w:rStyle w:val="Strong"/>
          <w:rFonts w:ascii="Times New Roman" w:hAnsi="Times New Roman" w:cs="Times New Roman"/>
          <w:b/>
          <w:bCs/>
          <w:sz w:val="28"/>
          <w:szCs w:val="28"/>
        </w:rPr>
        <w:t>Elevate Your Essence – London, UK</w:t>
      </w:r>
    </w:p>
    <w:p w:rsidR="00532BE1" w:rsidRPr="005C2C76" w:rsidRDefault="00532BE1" w:rsidP="00532BE1">
      <w:pPr>
        <w:pStyle w:val="NormalWeb"/>
        <w:rPr>
          <w:sz w:val="28"/>
          <w:szCs w:val="28"/>
        </w:rPr>
      </w:pPr>
      <w:r w:rsidRPr="005C2C76">
        <w:rPr>
          <w:rStyle w:val="Strong"/>
          <w:sz w:val="28"/>
          <w:szCs w:val="28"/>
        </w:rPr>
        <w:t>Lead Web Developer</w:t>
      </w:r>
    </w:p>
    <w:p w:rsidR="00532BE1" w:rsidRPr="005C2C76" w:rsidRDefault="00532BE1" w:rsidP="00532BE1">
      <w:pPr>
        <w:pStyle w:val="NormalWeb"/>
        <w:numPr>
          <w:ilvl w:val="0"/>
          <w:numId w:val="16"/>
        </w:numPr>
        <w:rPr>
          <w:sz w:val="28"/>
          <w:szCs w:val="28"/>
        </w:rPr>
      </w:pPr>
      <w:r w:rsidRPr="005C2C76">
        <w:rPr>
          <w:sz w:val="28"/>
          <w:szCs w:val="28"/>
        </w:rPr>
        <w:t xml:space="preserve">Designed and developed the official website for </w:t>
      </w:r>
      <w:r w:rsidRPr="005C2C76">
        <w:rPr>
          <w:rStyle w:val="Emphasis"/>
          <w:i w:val="0"/>
          <w:sz w:val="28"/>
          <w:szCs w:val="28"/>
        </w:rPr>
        <w:t>Elevate Your Essence</w:t>
      </w:r>
      <w:r w:rsidRPr="005C2C76">
        <w:rPr>
          <w:sz w:val="28"/>
          <w:szCs w:val="28"/>
        </w:rPr>
        <w:t>, a mentorship and empowerment platform.</w:t>
      </w:r>
    </w:p>
    <w:p w:rsidR="00532BE1" w:rsidRPr="005C2C76" w:rsidRDefault="00532BE1" w:rsidP="00532BE1">
      <w:pPr>
        <w:pStyle w:val="NormalWeb"/>
        <w:numPr>
          <w:ilvl w:val="0"/>
          <w:numId w:val="16"/>
        </w:numPr>
        <w:rPr>
          <w:sz w:val="28"/>
          <w:szCs w:val="28"/>
        </w:rPr>
      </w:pPr>
      <w:r w:rsidRPr="005C2C76">
        <w:rPr>
          <w:sz w:val="28"/>
          <w:szCs w:val="28"/>
        </w:rPr>
        <w:t>Structured service pages for mentorship programs, consultations, books, and blogs to support user journeys.</w:t>
      </w:r>
    </w:p>
    <w:p w:rsidR="00532BE1" w:rsidRPr="005C2C76" w:rsidRDefault="00532BE1" w:rsidP="00532BE1">
      <w:pPr>
        <w:pStyle w:val="NormalWeb"/>
        <w:numPr>
          <w:ilvl w:val="0"/>
          <w:numId w:val="16"/>
        </w:numPr>
        <w:rPr>
          <w:sz w:val="28"/>
          <w:szCs w:val="28"/>
        </w:rPr>
      </w:pPr>
      <w:r w:rsidRPr="005C2C76">
        <w:rPr>
          <w:sz w:val="28"/>
          <w:szCs w:val="28"/>
        </w:rPr>
        <w:t>Integrated features including free consultation booking, paid mentorship options, and an e-commerce system for published books.</w:t>
      </w:r>
    </w:p>
    <w:p w:rsidR="00532BE1" w:rsidRPr="005C2C76" w:rsidRDefault="00532BE1" w:rsidP="00532BE1">
      <w:pPr>
        <w:pStyle w:val="NormalWeb"/>
        <w:numPr>
          <w:ilvl w:val="0"/>
          <w:numId w:val="16"/>
        </w:numPr>
        <w:rPr>
          <w:sz w:val="28"/>
          <w:szCs w:val="28"/>
        </w:rPr>
      </w:pPr>
      <w:r w:rsidRPr="005C2C76">
        <w:rPr>
          <w:sz w:val="28"/>
          <w:szCs w:val="28"/>
        </w:rPr>
        <w:t>Highlighted credibility through an “About” section showcasing Shanna’s 15+ years of safeguarding experience and published works.</w:t>
      </w:r>
    </w:p>
    <w:p w:rsidR="00532BE1" w:rsidRPr="005C2C76" w:rsidRDefault="00532BE1" w:rsidP="00532BE1">
      <w:pPr>
        <w:pStyle w:val="NormalWeb"/>
        <w:numPr>
          <w:ilvl w:val="0"/>
          <w:numId w:val="16"/>
        </w:numPr>
        <w:rPr>
          <w:sz w:val="28"/>
          <w:szCs w:val="28"/>
        </w:rPr>
      </w:pPr>
      <w:r w:rsidRPr="005C2C76">
        <w:rPr>
          <w:sz w:val="28"/>
          <w:szCs w:val="28"/>
        </w:rPr>
        <w:t>Developed a blog system for sharing regular insights on personal growth, emotional intelligence, and workplace empowerment.</w:t>
      </w:r>
    </w:p>
    <w:p w:rsidR="00532BE1" w:rsidRPr="005C2C76" w:rsidRDefault="00532BE1" w:rsidP="00532BE1">
      <w:pPr>
        <w:pStyle w:val="NormalWeb"/>
        <w:numPr>
          <w:ilvl w:val="0"/>
          <w:numId w:val="16"/>
        </w:numPr>
        <w:rPr>
          <w:sz w:val="28"/>
          <w:szCs w:val="28"/>
        </w:rPr>
      </w:pPr>
      <w:r w:rsidRPr="005C2C76">
        <w:rPr>
          <w:sz w:val="28"/>
          <w:szCs w:val="28"/>
        </w:rPr>
        <w:t>Ensured mobile responsiveness, accessibility, SEO, and user engagement across all devices.</w:t>
      </w:r>
    </w:p>
    <w:p w:rsidR="00532BE1" w:rsidRPr="005C2C76" w:rsidRDefault="00532BE1" w:rsidP="00532BE1">
      <w:pPr>
        <w:rPr>
          <w:rFonts w:ascii="Times New Roman" w:hAnsi="Times New Roman" w:cs="Times New Roman"/>
          <w:sz w:val="28"/>
          <w:szCs w:val="28"/>
        </w:rPr>
      </w:pPr>
    </w:p>
    <w:p w:rsidR="00532BE1" w:rsidRPr="005C2C76" w:rsidRDefault="00532BE1" w:rsidP="00532BE1">
      <w:pPr>
        <w:pStyle w:val="Heading3"/>
        <w:rPr>
          <w:rFonts w:ascii="Times New Roman" w:hAnsi="Times New Roman" w:cs="Times New Roman"/>
          <w:sz w:val="28"/>
          <w:szCs w:val="28"/>
        </w:rPr>
      </w:pPr>
      <w:proofErr w:type="spellStart"/>
      <w:r w:rsidRPr="005C2C76">
        <w:rPr>
          <w:rStyle w:val="Strong"/>
          <w:rFonts w:ascii="Times New Roman" w:hAnsi="Times New Roman" w:cs="Times New Roman"/>
          <w:b/>
          <w:bCs/>
          <w:sz w:val="28"/>
          <w:szCs w:val="28"/>
        </w:rPr>
        <w:lastRenderedPageBreak/>
        <w:t>EzySolar</w:t>
      </w:r>
      <w:proofErr w:type="spellEnd"/>
      <w:r w:rsidRPr="005C2C76">
        <w:rPr>
          <w:rStyle w:val="Strong"/>
          <w:rFonts w:ascii="Times New Roman" w:hAnsi="Times New Roman" w:cs="Times New Roman"/>
          <w:b/>
          <w:bCs/>
          <w:sz w:val="28"/>
          <w:szCs w:val="28"/>
        </w:rPr>
        <w:t xml:space="preserve"> Ltd – </w:t>
      </w:r>
      <w:proofErr w:type="spellStart"/>
      <w:r w:rsidRPr="005C2C76">
        <w:rPr>
          <w:rStyle w:val="Strong"/>
          <w:rFonts w:ascii="Times New Roman" w:hAnsi="Times New Roman" w:cs="Times New Roman"/>
          <w:b/>
          <w:bCs/>
          <w:sz w:val="28"/>
          <w:szCs w:val="28"/>
        </w:rPr>
        <w:t>Tesano</w:t>
      </w:r>
      <w:proofErr w:type="spellEnd"/>
    </w:p>
    <w:p w:rsidR="00532BE1" w:rsidRPr="005C2C76" w:rsidRDefault="00532BE1" w:rsidP="00532BE1">
      <w:pPr>
        <w:pStyle w:val="NormalWeb"/>
        <w:rPr>
          <w:sz w:val="28"/>
          <w:szCs w:val="28"/>
        </w:rPr>
      </w:pPr>
      <w:r w:rsidRPr="005C2C76">
        <w:rPr>
          <w:rStyle w:val="Strong"/>
          <w:sz w:val="28"/>
          <w:szCs w:val="28"/>
        </w:rPr>
        <w:t>Lead Web Developer</w:t>
      </w:r>
    </w:p>
    <w:p w:rsidR="00532BE1" w:rsidRPr="005C2C76" w:rsidRDefault="00532BE1" w:rsidP="00532BE1">
      <w:pPr>
        <w:pStyle w:val="NormalWeb"/>
        <w:numPr>
          <w:ilvl w:val="0"/>
          <w:numId w:val="17"/>
        </w:numPr>
        <w:rPr>
          <w:sz w:val="28"/>
          <w:szCs w:val="28"/>
        </w:rPr>
      </w:pPr>
      <w:r w:rsidRPr="005C2C76">
        <w:rPr>
          <w:sz w:val="28"/>
          <w:szCs w:val="28"/>
        </w:rPr>
        <w:t xml:space="preserve">Solely designed and developed </w:t>
      </w:r>
      <w:proofErr w:type="spellStart"/>
      <w:r w:rsidRPr="005C2C76">
        <w:rPr>
          <w:sz w:val="28"/>
          <w:szCs w:val="28"/>
        </w:rPr>
        <w:t>EzySolar</w:t>
      </w:r>
      <w:proofErr w:type="spellEnd"/>
      <w:r w:rsidRPr="005C2C76">
        <w:rPr>
          <w:sz w:val="28"/>
          <w:szCs w:val="28"/>
        </w:rPr>
        <w:t xml:space="preserve"> </w:t>
      </w:r>
      <w:proofErr w:type="spellStart"/>
      <w:r w:rsidRPr="005C2C76">
        <w:rPr>
          <w:sz w:val="28"/>
          <w:szCs w:val="28"/>
        </w:rPr>
        <w:t>Ltd’s</w:t>
      </w:r>
      <w:proofErr w:type="spellEnd"/>
      <w:r w:rsidRPr="005C2C76">
        <w:rPr>
          <w:sz w:val="28"/>
          <w:szCs w:val="28"/>
        </w:rPr>
        <w:t xml:space="preserve"> official website to showcase solar energy solutions.</w:t>
      </w:r>
    </w:p>
    <w:p w:rsidR="00532BE1" w:rsidRPr="005C2C76" w:rsidRDefault="00532BE1" w:rsidP="00532BE1">
      <w:pPr>
        <w:pStyle w:val="NormalWeb"/>
        <w:numPr>
          <w:ilvl w:val="0"/>
          <w:numId w:val="17"/>
        </w:numPr>
        <w:rPr>
          <w:sz w:val="28"/>
          <w:szCs w:val="28"/>
        </w:rPr>
      </w:pPr>
      <w:r w:rsidRPr="005C2C76">
        <w:rPr>
          <w:sz w:val="28"/>
          <w:szCs w:val="28"/>
        </w:rPr>
        <w:t>Implemented SEO optimization, performance tuning, and mobile responsiveness for greater reach.</w:t>
      </w:r>
    </w:p>
    <w:p w:rsidR="00532BE1" w:rsidRPr="005C2C76" w:rsidRDefault="00532BE1" w:rsidP="00532BE1">
      <w:pPr>
        <w:pStyle w:val="NormalWeb"/>
        <w:numPr>
          <w:ilvl w:val="0"/>
          <w:numId w:val="17"/>
        </w:numPr>
        <w:rPr>
          <w:sz w:val="28"/>
          <w:szCs w:val="28"/>
        </w:rPr>
      </w:pPr>
      <w:r w:rsidRPr="005C2C76">
        <w:rPr>
          <w:sz w:val="28"/>
          <w:szCs w:val="28"/>
        </w:rPr>
        <w:t>Integrated contact forms, inquiry management, and booking systems to enhance customer engagement.</w:t>
      </w:r>
    </w:p>
    <w:p w:rsidR="00532BE1" w:rsidRPr="005C2C76" w:rsidRDefault="00532BE1" w:rsidP="00532BE1">
      <w:pPr>
        <w:rPr>
          <w:rFonts w:ascii="Times New Roman" w:hAnsi="Times New Roman" w:cs="Times New Roman"/>
          <w:sz w:val="28"/>
          <w:szCs w:val="28"/>
        </w:rPr>
      </w:pPr>
    </w:p>
    <w:p w:rsidR="00532BE1" w:rsidRPr="005C2C76" w:rsidRDefault="00532BE1" w:rsidP="00532BE1">
      <w:pPr>
        <w:pStyle w:val="Heading3"/>
        <w:rPr>
          <w:rFonts w:ascii="Times New Roman" w:hAnsi="Times New Roman" w:cs="Times New Roman"/>
          <w:sz w:val="28"/>
          <w:szCs w:val="28"/>
        </w:rPr>
      </w:pPr>
      <w:r w:rsidRPr="005C2C76">
        <w:rPr>
          <w:rStyle w:val="Strong"/>
          <w:rFonts w:ascii="Times New Roman" w:hAnsi="Times New Roman" w:cs="Times New Roman"/>
          <w:b/>
          <w:bCs/>
          <w:sz w:val="28"/>
          <w:szCs w:val="28"/>
        </w:rPr>
        <w:t>Soho Homecare Ltd – United Kingdom</w:t>
      </w:r>
    </w:p>
    <w:p w:rsidR="00532BE1" w:rsidRPr="005C2C76" w:rsidRDefault="00532BE1" w:rsidP="00532BE1">
      <w:pPr>
        <w:pStyle w:val="NormalWeb"/>
        <w:rPr>
          <w:sz w:val="28"/>
          <w:szCs w:val="28"/>
        </w:rPr>
      </w:pPr>
      <w:r w:rsidRPr="005C2C76">
        <w:rPr>
          <w:rStyle w:val="Strong"/>
          <w:sz w:val="28"/>
          <w:szCs w:val="28"/>
        </w:rPr>
        <w:t>Full Stack Developer</w:t>
      </w:r>
    </w:p>
    <w:p w:rsidR="00532BE1" w:rsidRPr="005C2C76" w:rsidRDefault="00532BE1" w:rsidP="00532BE1">
      <w:pPr>
        <w:pStyle w:val="NormalWeb"/>
        <w:numPr>
          <w:ilvl w:val="0"/>
          <w:numId w:val="18"/>
        </w:numPr>
        <w:rPr>
          <w:sz w:val="28"/>
          <w:szCs w:val="28"/>
        </w:rPr>
      </w:pPr>
      <w:r w:rsidRPr="005C2C76">
        <w:rPr>
          <w:sz w:val="28"/>
          <w:szCs w:val="28"/>
        </w:rPr>
        <w:t xml:space="preserve">Built and deployed the official </w:t>
      </w:r>
      <w:r w:rsidRPr="005C2C76">
        <w:rPr>
          <w:rStyle w:val="Emphasis"/>
          <w:i w:val="0"/>
          <w:sz w:val="28"/>
          <w:szCs w:val="28"/>
        </w:rPr>
        <w:t>Soho Homecare Ltd</w:t>
      </w:r>
      <w:r w:rsidRPr="005C2C76">
        <w:rPr>
          <w:sz w:val="28"/>
          <w:szCs w:val="28"/>
        </w:rPr>
        <w:t xml:space="preserve"> website </w:t>
      </w:r>
    </w:p>
    <w:p w:rsidR="00532BE1" w:rsidRPr="005C2C76" w:rsidRDefault="00532BE1" w:rsidP="00532BE1">
      <w:pPr>
        <w:pStyle w:val="NormalWeb"/>
        <w:numPr>
          <w:ilvl w:val="0"/>
          <w:numId w:val="18"/>
        </w:numPr>
        <w:rPr>
          <w:sz w:val="28"/>
          <w:szCs w:val="28"/>
        </w:rPr>
      </w:pPr>
      <w:r w:rsidRPr="005C2C76">
        <w:rPr>
          <w:sz w:val="28"/>
          <w:szCs w:val="28"/>
        </w:rPr>
        <w:t>Integrated appointment booking, service listings, and an admin panel for easy content updates.</w:t>
      </w:r>
    </w:p>
    <w:p w:rsidR="00532BE1" w:rsidRPr="005C2C76" w:rsidRDefault="00532BE1" w:rsidP="00532BE1">
      <w:pPr>
        <w:pStyle w:val="NormalWeb"/>
        <w:numPr>
          <w:ilvl w:val="0"/>
          <w:numId w:val="18"/>
        </w:numPr>
        <w:rPr>
          <w:sz w:val="28"/>
          <w:szCs w:val="28"/>
        </w:rPr>
      </w:pPr>
      <w:r w:rsidRPr="005C2C76">
        <w:rPr>
          <w:sz w:val="28"/>
          <w:szCs w:val="28"/>
        </w:rPr>
        <w:t>Ensured compliance with security best practices for sensitive client data.</w:t>
      </w:r>
    </w:p>
    <w:p w:rsidR="00532BE1" w:rsidRPr="005C2C76" w:rsidRDefault="00532BE1" w:rsidP="00532BE1">
      <w:pPr>
        <w:rPr>
          <w:rFonts w:ascii="Times New Roman" w:hAnsi="Times New Roman" w:cs="Times New Roman"/>
          <w:sz w:val="28"/>
          <w:szCs w:val="28"/>
        </w:rPr>
      </w:pPr>
    </w:p>
    <w:p w:rsidR="00532BE1" w:rsidRPr="005C2C76" w:rsidRDefault="00532BE1" w:rsidP="00532BE1">
      <w:pPr>
        <w:pStyle w:val="Heading3"/>
        <w:rPr>
          <w:rFonts w:ascii="Times New Roman" w:hAnsi="Times New Roman" w:cs="Times New Roman"/>
          <w:sz w:val="28"/>
          <w:szCs w:val="28"/>
        </w:rPr>
      </w:pPr>
      <w:r w:rsidRPr="005C2C76">
        <w:rPr>
          <w:rStyle w:val="Strong"/>
          <w:rFonts w:ascii="Times New Roman" w:hAnsi="Times New Roman" w:cs="Times New Roman"/>
          <w:b/>
          <w:bCs/>
          <w:sz w:val="28"/>
          <w:szCs w:val="28"/>
        </w:rPr>
        <w:t>Bold Crystals Limited – United Kingdom</w:t>
      </w:r>
    </w:p>
    <w:p w:rsidR="00532BE1" w:rsidRPr="005C2C76" w:rsidRDefault="00532BE1" w:rsidP="00532BE1">
      <w:pPr>
        <w:pStyle w:val="NormalWeb"/>
        <w:numPr>
          <w:ilvl w:val="0"/>
          <w:numId w:val="19"/>
        </w:numPr>
        <w:rPr>
          <w:sz w:val="28"/>
          <w:szCs w:val="28"/>
        </w:rPr>
      </w:pPr>
      <w:r w:rsidRPr="005C2C76">
        <w:rPr>
          <w:sz w:val="28"/>
          <w:szCs w:val="28"/>
        </w:rPr>
        <w:t xml:space="preserve">Designed and launched </w:t>
      </w:r>
      <w:r w:rsidRPr="005C2C76">
        <w:rPr>
          <w:rStyle w:val="Emphasis"/>
          <w:i w:val="0"/>
          <w:sz w:val="28"/>
          <w:szCs w:val="28"/>
        </w:rPr>
        <w:t>Bold Crystals Limited’s</w:t>
      </w:r>
      <w:r w:rsidRPr="005C2C76">
        <w:rPr>
          <w:sz w:val="28"/>
          <w:szCs w:val="28"/>
        </w:rPr>
        <w:t xml:space="preserve"> website (</w:t>
      </w:r>
      <w:hyperlink r:id="rId9" w:history="1">
        <w:r w:rsidRPr="005C2C76">
          <w:rPr>
            <w:rStyle w:val="Hyperlink"/>
            <w:sz w:val="28"/>
            <w:szCs w:val="28"/>
          </w:rPr>
          <w:t>boldcrystalslimited.co.uk</w:t>
        </w:r>
      </w:hyperlink>
      <w:r w:rsidRPr="005C2C76">
        <w:rPr>
          <w:sz w:val="28"/>
          <w:szCs w:val="28"/>
        </w:rPr>
        <w:t>).</w:t>
      </w:r>
    </w:p>
    <w:p w:rsidR="00532BE1" w:rsidRPr="005C2C76" w:rsidRDefault="00532BE1" w:rsidP="00532BE1">
      <w:pPr>
        <w:pStyle w:val="Heading3"/>
        <w:rPr>
          <w:rFonts w:ascii="Times New Roman" w:hAnsi="Times New Roman" w:cs="Times New Roman"/>
          <w:sz w:val="28"/>
          <w:szCs w:val="28"/>
        </w:rPr>
      </w:pPr>
      <w:r w:rsidRPr="005C2C76">
        <w:rPr>
          <w:rStyle w:val="Strong"/>
          <w:rFonts w:ascii="Times New Roman" w:hAnsi="Times New Roman" w:cs="Times New Roman"/>
          <w:b/>
          <w:bCs/>
          <w:sz w:val="28"/>
          <w:szCs w:val="28"/>
        </w:rPr>
        <w:t>University of Education, Winneba – Media &amp; Publications Team</w:t>
      </w:r>
    </w:p>
    <w:p w:rsidR="00532BE1" w:rsidRPr="005C2C76" w:rsidRDefault="00532BE1" w:rsidP="00532BE1">
      <w:pPr>
        <w:pStyle w:val="NormalWeb"/>
        <w:rPr>
          <w:sz w:val="28"/>
          <w:szCs w:val="28"/>
        </w:rPr>
      </w:pPr>
      <w:r w:rsidRPr="005C2C76">
        <w:rPr>
          <w:rStyle w:val="Strong"/>
          <w:sz w:val="28"/>
          <w:szCs w:val="28"/>
        </w:rPr>
        <w:t>Photographer &amp; Content Creator</w:t>
      </w:r>
      <w:r w:rsidRPr="005C2C76">
        <w:rPr>
          <w:sz w:val="28"/>
          <w:szCs w:val="28"/>
        </w:rPr>
        <w:t xml:space="preserve"> | </w:t>
      </w:r>
      <w:r w:rsidRPr="005C2C76">
        <w:rPr>
          <w:rStyle w:val="Emphasis"/>
          <w:i w:val="0"/>
          <w:sz w:val="28"/>
          <w:szCs w:val="28"/>
        </w:rPr>
        <w:t>[</w:t>
      </w:r>
      <w:r w:rsidR="005C2C76" w:rsidRPr="005C2C76">
        <w:rPr>
          <w:rStyle w:val="Emphasis"/>
          <w:i w:val="0"/>
          <w:sz w:val="28"/>
          <w:szCs w:val="28"/>
        </w:rPr>
        <w:t>2024</w:t>
      </w:r>
      <w:r w:rsidRPr="005C2C76">
        <w:rPr>
          <w:rStyle w:val="Emphasis"/>
          <w:i w:val="0"/>
          <w:sz w:val="28"/>
          <w:szCs w:val="28"/>
        </w:rPr>
        <w:t xml:space="preserve"> – </w:t>
      </w:r>
      <w:r w:rsidR="005C2C76" w:rsidRPr="005C2C76">
        <w:rPr>
          <w:rStyle w:val="Emphasis"/>
          <w:i w:val="0"/>
          <w:sz w:val="28"/>
          <w:szCs w:val="28"/>
        </w:rPr>
        <w:t>2025</w:t>
      </w:r>
      <w:r w:rsidRPr="005C2C76">
        <w:rPr>
          <w:rStyle w:val="Emphasis"/>
          <w:i w:val="0"/>
          <w:sz w:val="28"/>
          <w:szCs w:val="28"/>
        </w:rPr>
        <w:t>]</w:t>
      </w:r>
    </w:p>
    <w:p w:rsidR="00532BE1" w:rsidRPr="005C2C76" w:rsidRDefault="00532BE1" w:rsidP="00532BE1">
      <w:pPr>
        <w:pStyle w:val="NormalWeb"/>
        <w:numPr>
          <w:ilvl w:val="0"/>
          <w:numId w:val="20"/>
        </w:numPr>
        <w:rPr>
          <w:sz w:val="28"/>
          <w:szCs w:val="28"/>
        </w:rPr>
      </w:pPr>
      <w:r w:rsidRPr="005C2C76">
        <w:rPr>
          <w:sz w:val="28"/>
          <w:szCs w:val="28"/>
        </w:rPr>
        <w:t>Captured and documented official events through professional photography and videography.</w:t>
      </w:r>
    </w:p>
    <w:p w:rsidR="00532BE1" w:rsidRPr="005C2C76" w:rsidRDefault="00532BE1" w:rsidP="00532BE1">
      <w:pPr>
        <w:pStyle w:val="NormalWeb"/>
        <w:numPr>
          <w:ilvl w:val="0"/>
          <w:numId w:val="20"/>
        </w:numPr>
        <w:rPr>
          <w:sz w:val="28"/>
          <w:szCs w:val="28"/>
        </w:rPr>
      </w:pPr>
      <w:r w:rsidRPr="005C2C76">
        <w:rPr>
          <w:sz w:val="28"/>
          <w:szCs w:val="28"/>
        </w:rPr>
        <w:t>Created and published stories, articles, and speeches for the university’s digital platforms.</w:t>
      </w:r>
    </w:p>
    <w:p w:rsidR="00532BE1" w:rsidRPr="005C2C76" w:rsidRDefault="00532BE1" w:rsidP="00532BE1">
      <w:pPr>
        <w:pStyle w:val="NormalWeb"/>
        <w:numPr>
          <w:ilvl w:val="0"/>
          <w:numId w:val="20"/>
        </w:numPr>
        <w:rPr>
          <w:sz w:val="28"/>
          <w:szCs w:val="28"/>
        </w:rPr>
      </w:pPr>
      <w:r w:rsidRPr="005C2C76">
        <w:rPr>
          <w:sz w:val="28"/>
          <w:szCs w:val="28"/>
        </w:rPr>
        <w:t>Blended IT and journalism expertise to enhance digital storytelling and communication.</w:t>
      </w:r>
    </w:p>
    <w:p w:rsidR="00532BE1" w:rsidRPr="005C2C76" w:rsidRDefault="00532BE1" w:rsidP="00532BE1">
      <w:pPr>
        <w:rPr>
          <w:rFonts w:ascii="Times New Roman" w:hAnsi="Times New Roman" w:cs="Times New Roman"/>
          <w:sz w:val="28"/>
          <w:szCs w:val="28"/>
        </w:rPr>
      </w:pPr>
      <w:r w:rsidRPr="005C2C76">
        <w:rPr>
          <w:rFonts w:ascii="Times New Roman" w:hAnsi="Times New Roman" w:cs="Times New Roman"/>
          <w:sz w:val="28"/>
          <w:szCs w:val="28"/>
        </w:rPr>
        <w:lastRenderedPageBreak/>
        <w:pict>
          <v:rect id="_x0000_i1098" style="width:0;height:1.5pt" o:hralign="center" o:hrstd="t" o:hr="t" fillcolor="#a0a0a0" stroked="f"/>
        </w:pict>
      </w:r>
    </w:p>
    <w:p w:rsidR="00532BE1" w:rsidRPr="005C2C76" w:rsidRDefault="00532BE1" w:rsidP="00532BE1">
      <w:pPr>
        <w:pStyle w:val="Heading2"/>
        <w:rPr>
          <w:rFonts w:ascii="Times New Roman" w:hAnsi="Times New Roman" w:cs="Times New Roman"/>
          <w:sz w:val="28"/>
          <w:szCs w:val="28"/>
        </w:rPr>
      </w:pPr>
      <w:r w:rsidRPr="005C2C76">
        <w:rPr>
          <w:rStyle w:val="Strong"/>
          <w:rFonts w:ascii="Times New Roman" w:hAnsi="Times New Roman" w:cs="Times New Roman"/>
          <w:b/>
          <w:bCs/>
          <w:sz w:val="28"/>
          <w:szCs w:val="28"/>
        </w:rPr>
        <w:t>Education</w:t>
      </w:r>
    </w:p>
    <w:p w:rsidR="00532BE1" w:rsidRPr="005C2C76" w:rsidRDefault="00532BE1" w:rsidP="00532BE1">
      <w:pPr>
        <w:pStyle w:val="NormalWeb"/>
        <w:numPr>
          <w:ilvl w:val="0"/>
          <w:numId w:val="21"/>
        </w:numPr>
        <w:rPr>
          <w:sz w:val="28"/>
          <w:szCs w:val="28"/>
        </w:rPr>
      </w:pPr>
      <w:r w:rsidRPr="005C2C76">
        <w:rPr>
          <w:rStyle w:val="Strong"/>
          <w:sz w:val="28"/>
          <w:szCs w:val="28"/>
        </w:rPr>
        <w:t>Bachelor of Science in Information Technology</w:t>
      </w:r>
      <w:r w:rsidRPr="005C2C76">
        <w:rPr>
          <w:sz w:val="28"/>
          <w:szCs w:val="28"/>
        </w:rPr>
        <w:br/>
        <w:t xml:space="preserve">Ghana Communication Technology University (GCTU) – </w:t>
      </w:r>
      <w:r w:rsidRPr="005C2C76">
        <w:rPr>
          <w:rStyle w:val="Emphasis"/>
          <w:i w:val="0"/>
          <w:sz w:val="28"/>
          <w:szCs w:val="28"/>
        </w:rPr>
        <w:t>2024</w:t>
      </w:r>
    </w:p>
    <w:p w:rsidR="00532BE1" w:rsidRPr="005C2C76" w:rsidRDefault="00532BE1" w:rsidP="00532BE1">
      <w:pPr>
        <w:pStyle w:val="NormalWeb"/>
        <w:numPr>
          <w:ilvl w:val="0"/>
          <w:numId w:val="21"/>
        </w:numPr>
        <w:rPr>
          <w:sz w:val="28"/>
          <w:szCs w:val="28"/>
        </w:rPr>
      </w:pPr>
      <w:r w:rsidRPr="005C2C76">
        <w:rPr>
          <w:rStyle w:val="Strong"/>
          <w:sz w:val="28"/>
          <w:szCs w:val="28"/>
        </w:rPr>
        <w:t>West African Senior School Certificate Examination (WASSCE)</w:t>
      </w:r>
      <w:r w:rsidRPr="005C2C76">
        <w:rPr>
          <w:sz w:val="28"/>
          <w:szCs w:val="28"/>
        </w:rPr>
        <w:br/>
        <w:t xml:space="preserve">Swedru Senior High School – </w:t>
      </w:r>
      <w:r w:rsidRPr="005C2C76">
        <w:rPr>
          <w:rStyle w:val="Emphasis"/>
          <w:i w:val="0"/>
          <w:sz w:val="28"/>
          <w:szCs w:val="28"/>
        </w:rPr>
        <w:t>2020</w:t>
      </w:r>
    </w:p>
    <w:p w:rsidR="00532BE1" w:rsidRPr="005C2C76" w:rsidRDefault="00532BE1" w:rsidP="00532BE1">
      <w:pPr>
        <w:pStyle w:val="NormalWeb"/>
        <w:numPr>
          <w:ilvl w:val="0"/>
          <w:numId w:val="21"/>
        </w:numPr>
        <w:rPr>
          <w:sz w:val="28"/>
          <w:szCs w:val="28"/>
        </w:rPr>
      </w:pPr>
      <w:r w:rsidRPr="005C2C76">
        <w:rPr>
          <w:rStyle w:val="Strong"/>
          <w:sz w:val="28"/>
          <w:szCs w:val="28"/>
        </w:rPr>
        <w:t>Basic Education Certificate Examination (BECE)</w:t>
      </w:r>
      <w:r w:rsidRPr="005C2C76">
        <w:rPr>
          <w:sz w:val="28"/>
          <w:szCs w:val="28"/>
        </w:rPr>
        <w:br/>
        <w:t xml:space="preserve">Ancient High School – </w:t>
      </w:r>
      <w:r w:rsidRPr="005C2C76">
        <w:rPr>
          <w:rStyle w:val="Emphasis"/>
          <w:i w:val="0"/>
          <w:sz w:val="28"/>
          <w:szCs w:val="28"/>
        </w:rPr>
        <w:t>2017</w:t>
      </w:r>
    </w:p>
    <w:p w:rsidR="00532BE1" w:rsidRPr="005C2C76" w:rsidRDefault="00532BE1" w:rsidP="00532BE1">
      <w:pPr>
        <w:rPr>
          <w:rFonts w:ascii="Times New Roman" w:hAnsi="Times New Roman" w:cs="Times New Roman"/>
          <w:sz w:val="28"/>
          <w:szCs w:val="28"/>
        </w:rPr>
      </w:pPr>
    </w:p>
    <w:p w:rsidR="00532BE1" w:rsidRPr="005C2C76" w:rsidRDefault="00532BE1" w:rsidP="00532BE1">
      <w:pPr>
        <w:pStyle w:val="Heading2"/>
        <w:rPr>
          <w:rFonts w:ascii="Times New Roman" w:hAnsi="Times New Roman" w:cs="Times New Roman"/>
          <w:sz w:val="28"/>
          <w:szCs w:val="28"/>
        </w:rPr>
      </w:pPr>
      <w:r w:rsidRPr="005C2C76">
        <w:rPr>
          <w:rStyle w:val="Strong"/>
          <w:rFonts w:ascii="Times New Roman" w:hAnsi="Times New Roman" w:cs="Times New Roman"/>
          <w:b/>
          <w:bCs/>
          <w:sz w:val="28"/>
          <w:szCs w:val="28"/>
        </w:rPr>
        <w:t>Projects</w:t>
      </w:r>
    </w:p>
    <w:p w:rsidR="00532BE1" w:rsidRPr="005C2C76" w:rsidRDefault="00532BE1" w:rsidP="00532BE1">
      <w:pPr>
        <w:pStyle w:val="NormalWeb"/>
        <w:numPr>
          <w:ilvl w:val="0"/>
          <w:numId w:val="22"/>
        </w:numPr>
        <w:rPr>
          <w:sz w:val="28"/>
          <w:szCs w:val="28"/>
        </w:rPr>
      </w:pPr>
      <w:r w:rsidRPr="005C2C76">
        <w:rPr>
          <w:rStyle w:val="Strong"/>
          <w:sz w:val="28"/>
          <w:szCs w:val="28"/>
        </w:rPr>
        <w:t>GEP Consultants Ltd Website</w:t>
      </w:r>
      <w:r w:rsidRPr="005C2C76">
        <w:rPr>
          <w:sz w:val="28"/>
          <w:szCs w:val="28"/>
        </w:rPr>
        <w:t xml:space="preserve"> – </w:t>
      </w:r>
      <w:hyperlink r:id="rId10" w:history="1">
        <w:r w:rsidRPr="005C2C76">
          <w:rPr>
            <w:rStyle w:val="Hyperlink"/>
            <w:sz w:val="28"/>
            <w:szCs w:val="28"/>
          </w:rPr>
          <w:t>gepsafety.co.uk</w:t>
        </w:r>
      </w:hyperlink>
      <w:r w:rsidRPr="005C2C76">
        <w:rPr>
          <w:sz w:val="28"/>
          <w:szCs w:val="28"/>
        </w:rPr>
        <w:br/>
        <w:t>Developed a fully functional, secure, and SEO-optimized website.</w:t>
      </w:r>
    </w:p>
    <w:p w:rsidR="00532BE1" w:rsidRPr="005C2C76" w:rsidRDefault="00532BE1" w:rsidP="00532BE1">
      <w:pPr>
        <w:pStyle w:val="NormalWeb"/>
        <w:numPr>
          <w:ilvl w:val="0"/>
          <w:numId w:val="22"/>
        </w:numPr>
        <w:rPr>
          <w:sz w:val="28"/>
          <w:szCs w:val="28"/>
        </w:rPr>
      </w:pPr>
      <w:r w:rsidRPr="005C2C76">
        <w:rPr>
          <w:rStyle w:val="Strong"/>
          <w:sz w:val="28"/>
          <w:szCs w:val="28"/>
        </w:rPr>
        <w:t>Soho Homecare Ltd Website</w:t>
      </w:r>
      <w:r w:rsidRPr="005C2C76">
        <w:rPr>
          <w:sz w:val="28"/>
          <w:szCs w:val="28"/>
        </w:rPr>
        <w:t xml:space="preserve"> </w:t>
      </w:r>
      <w:r w:rsidRPr="005C2C76">
        <w:rPr>
          <w:sz w:val="28"/>
          <w:szCs w:val="28"/>
        </w:rPr>
        <w:br/>
        <w:t>Created an interactive and user-friendly platform for homecare services.</w:t>
      </w:r>
    </w:p>
    <w:p w:rsidR="00532BE1" w:rsidRPr="005C2C76" w:rsidRDefault="00532BE1" w:rsidP="00532BE1">
      <w:pPr>
        <w:pStyle w:val="NormalWeb"/>
        <w:numPr>
          <w:ilvl w:val="0"/>
          <w:numId w:val="22"/>
        </w:numPr>
        <w:rPr>
          <w:sz w:val="28"/>
          <w:szCs w:val="28"/>
        </w:rPr>
      </w:pPr>
      <w:proofErr w:type="spellStart"/>
      <w:r w:rsidRPr="005C2C76">
        <w:rPr>
          <w:rStyle w:val="Strong"/>
          <w:sz w:val="28"/>
          <w:szCs w:val="28"/>
        </w:rPr>
        <w:t>EzySolar</w:t>
      </w:r>
      <w:proofErr w:type="spellEnd"/>
      <w:r w:rsidRPr="005C2C76">
        <w:rPr>
          <w:rStyle w:val="Strong"/>
          <w:sz w:val="28"/>
          <w:szCs w:val="28"/>
        </w:rPr>
        <w:t xml:space="preserve"> Ltd Website</w:t>
      </w:r>
      <w:r w:rsidRPr="005C2C76">
        <w:rPr>
          <w:sz w:val="28"/>
          <w:szCs w:val="28"/>
        </w:rPr>
        <w:t xml:space="preserve"> – </w:t>
      </w:r>
      <w:r w:rsidRPr="005C2C76">
        <w:rPr>
          <w:rStyle w:val="Emphasis"/>
          <w:i w:val="0"/>
          <w:sz w:val="28"/>
          <w:szCs w:val="28"/>
        </w:rPr>
        <w:t>(</w:t>
      </w:r>
      <w:proofErr w:type="spellStart"/>
      <w:r w:rsidRPr="005C2C76">
        <w:rPr>
          <w:rStyle w:val="Emphasis"/>
          <w:i w:val="0"/>
          <w:sz w:val="28"/>
          <w:szCs w:val="28"/>
        </w:rPr>
        <w:t>Tesano</w:t>
      </w:r>
      <w:proofErr w:type="spellEnd"/>
      <w:r w:rsidRPr="005C2C76">
        <w:rPr>
          <w:rStyle w:val="Emphasis"/>
          <w:i w:val="0"/>
          <w:sz w:val="28"/>
          <w:szCs w:val="28"/>
        </w:rPr>
        <w:t>)</w:t>
      </w:r>
      <w:r w:rsidRPr="005C2C76">
        <w:rPr>
          <w:sz w:val="28"/>
          <w:szCs w:val="28"/>
        </w:rPr>
        <w:br/>
        <w:t>Designed and deployed a solar company’s website with advanced functionalities.</w:t>
      </w:r>
    </w:p>
    <w:p w:rsidR="00532BE1" w:rsidRPr="005C2C76" w:rsidRDefault="00532BE1" w:rsidP="00532BE1">
      <w:pPr>
        <w:pStyle w:val="NormalWeb"/>
        <w:numPr>
          <w:ilvl w:val="0"/>
          <w:numId w:val="22"/>
        </w:numPr>
        <w:rPr>
          <w:sz w:val="28"/>
          <w:szCs w:val="28"/>
        </w:rPr>
      </w:pPr>
      <w:r w:rsidRPr="005C2C76">
        <w:rPr>
          <w:rStyle w:val="Strong"/>
          <w:sz w:val="28"/>
          <w:szCs w:val="28"/>
        </w:rPr>
        <w:t>Elevate Your Essence Website</w:t>
      </w:r>
      <w:r w:rsidRPr="005C2C76">
        <w:rPr>
          <w:sz w:val="28"/>
          <w:szCs w:val="28"/>
        </w:rPr>
        <w:t xml:space="preserve"> – </w:t>
      </w:r>
      <w:hyperlink r:id="rId11" w:history="1">
        <w:r w:rsidRPr="005C2C76">
          <w:rPr>
            <w:rStyle w:val="Hyperlink"/>
            <w:sz w:val="28"/>
            <w:szCs w:val="28"/>
          </w:rPr>
          <w:t>elevateyouressence.co.uk</w:t>
        </w:r>
      </w:hyperlink>
      <w:r w:rsidRPr="005C2C76">
        <w:rPr>
          <w:sz w:val="28"/>
          <w:szCs w:val="28"/>
        </w:rPr>
        <w:br/>
        <w:t>Built a personal empowerment and mentorship platform with consultation booking, mentorship services, blogs, and e-commerce features for published books.</w:t>
      </w:r>
    </w:p>
    <w:p w:rsidR="00532BE1" w:rsidRPr="005C2C76" w:rsidRDefault="00532BE1" w:rsidP="00532BE1">
      <w:pPr>
        <w:pStyle w:val="NormalWeb"/>
        <w:numPr>
          <w:ilvl w:val="0"/>
          <w:numId w:val="22"/>
        </w:numPr>
        <w:rPr>
          <w:sz w:val="28"/>
          <w:szCs w:val="28"/>
        </w:rPr>
      </w:pPr>
      <w:r w:rsidRPr="005C2C76">
        <w:rPr>
          <w:rStyle w:val="Strong"/>
          <w:sz w:val="28"/>
          <w:szCs w:val="28"/>
        </w:rPr>
        <w:t>JAGLAD Property Services Website</w:t>
      </w:r>
      <w:r w:rsidRPr="005C2C76">
        <w:rPr>
          <w:sz w:val="28"/>
          <w:szCs w:val="28"/>
        </w:rPr>
        <w:t xml:space="preserve"> – </w:t>
      </w:r>
      <w:hyperlink r:id="rId12" w:history="1">
        <w:r w:rsidRPr="005C2C76">
          <w:rPr>
            <w:rStyle w:val="Hyperlink"/>
            <w:sz w:val="28"/>
            <w:szCs w:val="28"/>
          </w:rPr>
          <w:t>jay.great-site.net</w:t>
        </w:r>
      </w:hyperlink>
      <w:r w:rsidRPr="005C2C76">
        <w:rPr>
          <w:sz w:val="28"/>
          <w:szCs w:val="28"/>
        </w:rPr>
        <w:br/>
        <w:t>Developed a service marketplace platform featuring provider sign-up, inquiry forms, testimonials, and trust indicators.</w:t>
      </w:r>
    </w:p>
    <w:p w:rsidR="00532BE1" w:rsidRPr="005C2C76" w:rsidRDefault="00532BE1" w:rsidP="00532BE1">
      <w:pPr>
        <w:pStyle w:val="NormalWeb"/>
        <w:numPr>
          <w:ilvl w:val="0"/>
          <w:numId w:val="22"/>
        </w:numPr>
        <w:rPr>
          <w:sz w:val="28"/>
          <w:szCs w:val="28"/>
        </w:rPr>
      </w:pPr>
      <w:r w:rsidRPr="005C2C76">
        <w:rPr>
          <w:rStyle w:val="Strong"/>
          <w:sz w:val="28"/>
          <w:szCs w:val="28"/>
        </w:rPr>
        <w:t>Bold Crystals Limited Website</w:t>
      </w:r>
      <w:r w:rsidRPr="005C2C76">
        <w:rPr>
          <w:sz w:val="28"/>
          <w:szCs w:val="28"/>
        </w:rPr>
        <w:t xml:space="preserve"> – </w:t>
      </w:r>
      <w:hyperlink r:id="rId13" w:history="1">
        <w:r w:rsidRPr="005C2C76">
          <w:rPr>
            <w:rStyle w:val="Hyperlink"/>
            <w:sz w:val="28"/>
            <w:szCs w:val="28"/>
          </w:rPr>
          <w:t>boldcrystalslimited.co.uk</w:t>
        </w:r>
      </w:hyperlink>
      <w:r w:rsidRPr="005C2C76">
        <w:rPr>
          <w:sz w:val="28"/>
          <w:szCs w:val="28"/>
        </w:rPr>
        <w:br/>
        <w:t>Built an e-commerce platform for crystal sales, integrating secure checkout and responsive design.</w:t>
      </w:r>
    </w:p>
    <w:p w:rsidR="00532BE1" w:rsidRPr="005C2C76" w:rsidRDefault="00532BE1" w:rsidP="00532BE1">
      <w:pPr>
        <w:rPr>
          <w:rFonts w:ascii="Times New Roman" w:hAnsi="Times New Roman" w:cs="Times New Roman"/>
          <w:sz w:val="28"/>
          <w:szCs w:val="28"/>
        </w:rPr>
      </w:pPr>
    </w:p>
    <w:p w:rsidR="00532BE1" w:rsidRPr="005C2C76" w:rsidRDefault="00532BE1" w:rsidP="00532BE1">
      <w:pPr>
        <w:pStyle w:val="Heading2"/>
        <w:rPr>
          <w:rFonts w:ascii="Times New Roman" w:hAnsi="Times New Roman" w:cs="Times New Roman"/>
          <w:sz w:val="28"/>
          <w:szCs w:val="28"/>
        </w:rPr>
      </w:pPr>
      <w:r w:rsidRPr="005C2C76">
        <w:rPr>
          <w:rStyle w:val="Strong"/>
          <w:rFonts w:ascii="Times New Roman" w:hAnsi="Times New Roman" w:cs="Times New Roman"/>
          <w:b/>
          <w:bCs/>
          <w:sz w:val="28"/>
          <w:szCs w:val="28"/>
        </w:rPr>
        <w:t>Skills &amp; Competencies</w:t>
      </w:r>
    </w:p>
    <w:p w:rsidR="00532BE1" w:rsidRPr="005C2C76" w:rsidRDefault="00532BE1" w:rsidP="00532BE1">
      <w:pPr>
        <w:pStyle w:val="NormalWeb"/>
        <w:rPr>
          <w:sz w:val="28"/>
          <w:szCs w:val="28"/>
        </w:rPr>
      </w:pPr>
      <w:r w:rsidRPr="005C2C76">
        <w:rPr>
          <w:rStyle w:val="Strong"/>
          <w:sz w:val="28"/>
          <w:szCs w:val="28"/>
        </w:rPr>
        <w:t>Technical Skills</w:t>
      </w:r>
      <w:r w:rsidRPr="005C2C76">
        <w:rPr>
          <w:sz w:val="28"/>
          <w:szCs w:val="28"/>
        </w:rPr>
        <w:br/>
      </w:r>
      <w:r w:rsidRPr="005C2C76">
        <w:rPr>
          <w:rFonts w:ascii="Segoe UI Emoji" w:hAnsi="Segoe UI Emoji" w:cs="Segoe UI Emoji"/>
          <w:sz w:val="28"/>
          <w:szCs w:val="28"/>
        </w:rPr>
        <w:t>✔</w:t>
      </w:r>
      <w:r w:rsidRPr="005C2C76">
        <w:rPr>
          <w:sz w:val="28"/>
          <w:szCs w:val="28"/>
        </w:rPr>
        <w:t xml:space="preserve"> Front-end Development: HTML, CSS, JavaScript, WordPress</w:t>
      </w:r>
      <w:r w:rsidRPr="005C2C76">
        <w:rPr>
          <w:sz w:val="28"/>
          <w:szCs w:val="28"/>
        </w:rPr>
        <w:br/>
      </w:r>
      <w:r w:rsidRPr="005C2C76">
        <w:rPr>
          <w:rFonts w:ascii="Segoe UI Emoji" w:hAnsi="Segoe UI Emoji" w:cs="Segoe UI Emoji"/>
          <w:sz w:val="28"/>
          <w:szCs w:val="28"/>
        </w:rPr>
        <w:lastRenderedPageBreak/>
        <w:t>✔</w:t>
      </w:r>
      <w:r w:rsidRPr="005C2C76">
        <w:rPr>
          <w:sz w:val="28"/>
          <w:szCs w:val="28"/>
        </w:rPr>
        <w:t xml:space="preserve"> Back-end Development: PHP, Laravel, Node.js</w:t>
      </w:r>
      <w:r w:rsidRPr="005C2C76">
        <w:rPr>
          <w:sz w:val="28"/>
          <w:szCs w:val="28"/>
        </w:rPr>
        <w:br/>
      </w:r>
      <w:r w:rsidRPr="005C2C76">
        <w:rPr>
          <w:rFonts w:ascii="Segoe UI Emoji" w:hAnsi="Segoe UI Emoji" w:cs="Segoe UI Emoji"/>
          <w:sz w:val="28"/>
          <w:szCs w:val="28"/>
        </w:rPr>
        <w:t>✔</w:t>
      </w:r>
      <w:r w:rsidRPr="005C2C76">
        <w:rPr>
          <w:sz w:val="28"/>
          <w:szCs w:val="28"/>
        </w:rPr>
        <w:t xml:space="preserve"> Database Management: MySQL</w:t>
      </w:r>
      <w:r w:rsidRPr="005C2C76">
        <w:rPr>
          <w:sz w:val="28"/>
          <w:szCs w:val="28"/>
        </w:rPr>
        <w:br/>
      </w:r>
      <w:r w:rsidRPr="005C2C76">
        <w:rPr>
          <w:rFonts w:ascii="Segoe UI Emoji" w:hAnsi="Segoe UI Emoji" w:cs="Segoe UI Emoji"/>
          <w:sz w:val="28"/>
          <w:szCs w:val="28"/>
        </w:rPr>
        <w:t>✔</w:t>
      </w:r>
      <w:r w:rsidRPr="005C2C76">
        <w:rPr>
          <w:sz w:val="28"/>
          <w:szCs w:val="28"/>
        </w:rPr>
        <w:t xml:space="preserve"> API Development &amp; Integration</w:t>
      </w:r>
    </w:p>
    <w:p w:rsidR="00532BE1" w:rsidRPr="005C2C76" w:rsidRDefault="00532BE1" w:rsidP="00532BE1">
      <w:pPr>
        <w:pStyle w:val="NormalWeb"/>
        <w:rPr>
          <w:sz w:val="28"/>
          <w:szCs w:val="28"/>
        </w:rPr>
      </w:pPr>
      <w:r w:rsidRPr="005C2C76">
        <w:rPr>
          <w:rStyle w:val="Strong"/>
          <w:sz w:val="28"/>
          <w:szCs w:val="28"/>
        </w:rPr>
        <w:t>Soft Skills</w:t>
      </w:r>
      <w:r w:rsidRPr="005C2C76">
        <w:rPr>
          <w:sz w:val="28"/>
          <w:szCs w:val="28"/>
        </w:rPr>
        <w:br/>
      </w:r>
      <w:r w:rsidRPr="005C2C76">
        <w:rPr>
          <w:rFonts w:ascii="Segoe UI Emoji" w:hAnsi="Segoe UI Emoji" w:cs="Segoe UI Emoji"/>
          <w:sz w:val="28"/>
          <w:szCs w:val="28"/>
        </w:rPr>
        <w:t>✔</w:t>
      </w:r>
      <w:r w:rsidRPr="005C2C76">
        <w:rPr>
          <w:sz w:val="28"/>
          <w:szCs w:val="28"/>
        </w:rPr>
        <w:t xml:space="preserve"> Leadership &amp; Team Management</w:t>
      </w:r>
      <w:r w:rsidRPr="005C2C76">
        <w:rPr>
          <w:sz w:val="28"/>
          <w:szCs w:val="28"/>
        </w:rPr>
        <w:br/>
      </w:r>
      <w:r w:rsidRPr="005C2C76">
        <w:rPr>
          <w:rFonts w:ascii="Segoe UI Emoji" w:hAnsi="Segoe UI Emoji" w:cs="Segoe UI Emoji"/>
          <w:sz w:val="28"/>
          <w:szCs w:val="28"/>
        </w:rPr>
        <w:t>✔</w:t>
      </w:r>
      <w:r w:rsidRPr="005C2C76">
        <w:rPr>
          <w:sz w:val="28"/>
          <w:szCs w:val="28"/>
        </w:rPr>
        <w:t xml:space="preserve"> Strategic Planning &amp; Execution</w:t>
      </w:r>
      <w:r w:rsidRPr="005C2C76">
        <w:rPr>
          <w:sz w:val="28"/>
          <w:szCs w:val="28"/>
        </w:rPr>
        <w:br/>
      </w:r>
      <w:r w:rsidRPr="005C2C76">
        <w:rPr>
          <w:rFonts w:ascii="Segoe UI Emoji" w:hAnsi="Segoe UI Emoji" w:cs="Segoe UI Emoji"/>
          <w:sz w:val="28"/>
          <w:szCs w:val="28"/>
        </w:rPr>
        <w:t>✔</w:t>
      </w:r>
      <w:r w:rsidRPr="005C2C76">
        <w:rPr>
          <w:sz w:val="28"/>
          <w:szCs w:val="28"/>
        </w:rPr>
        <w:t xml:space="preserve"> Project Management &amp; Problem-Solving</w:t>
      </w:r>
      <w:r w:rsidRPr="005C2C76">
        <w:rPr>
          <w:sz w:val="28"/>
          <w:szCs w:val="28"/>
        </w:rPr>
        <w:br/>
      </w:r>
      <w:r w:rsidRPr="005C2C76">
        <w:rPr>
          <w:rFonts w:ascii="Segoe UI Emoji" w:hAnsi="Segoe UI Emoji" w:cs="Segoe UI Emoji"/>
          <w:sz w:val="28"/>
          <w:szCs w:val="28"/>
        </w:rPr>
        <w:t>✔</w:t>
      </w:r>
      <w:r w:rsidRPr="005C2C76">
        <w:rPr>
          <w:sz w:val="28"/>
          <w:szCs w:val="28"/>
        </w:rPr>
        <w:t xml:space="preserve"> Strong Communication &amp; Journalism Skills</w:t>
      </w:r>
      <w:r w:rsidRPr="005C2C76">
        <w:rPr>
          <w:sz w:val="28"/>
          <w:szCs w:val="28"/>
        </w:rPr>
        <w:br/>
      </w:r>
      <w:r w:rsidRPr="005C2C76">
        <w:rPr>
          <w:rFonts w:ascii="Segoe UI Emoji" w:hAnsi="Segoe UI Emoji" w:cs="Segoe UI Emoji"/>
          <w:sz w:val="28"/>
          <w:szCs w:val="28"/>
        </w:rPr>
        <w:t>✔</w:t>
      </w:r>
      <w:r w:rsidRPr="005C2C76">
        <w:rPr>
          <w:sz w:val="28"/>
          <w:szCs w:val="28"/>
        </w:rPr>
        <w:t xml:space="preserve"> Photography &amp; Digital Media Production</w:t>
      </w:r>
    </w:p>
    <w:p w:rsidR="00532BE1" w:rsidRPr="005C2C76" w:rsidRDefault="00532BE1" w:rsidP="00532BE1">
      <w:pPr>
        <w:rPr>
          <w:rFonts w:ascii="Times New Roman" w:hAnsi="Times New Roman" w:cs="Times New Roman"/>
          <w:sz w:val="28"/>
          <w:szCs w:val="28"/>
        </w:rPr>
      </w:pPr>
    </w:p>
    <w:p w:rsidR="00532BE1" w:rsidRPr="005C2C76" w:rsidRDefault="00532BE1" w:rsidP="00532BE1">
      <w:pPr>
        <w:pStyle w:val="Heading2"/>
        <w:rPr>
          <w:rFonts w:ascii="Times New Roman" w:hAnsi="Times New Roman" w:cs="Times New Roman"/>
          <w:sz w:val="28"/>
          <w:szCs w:val="28"/>
        </w:rPr>
      </w:pPr>
      <w:r w:rsidRPr="005C2C76">
        <w:rPr>
          <w:rStyle w:val="Strong"/>
          <w:rFonts w:ascii="Times New Roman" w:hAnsi="Times New Roman" w:cs="Times New Roman"/>
          <w:b/>
          <w:bCs/>
          <w:sz w:val="28"/>
          <w:szCs w:val="28"/>
        </w:rPr>
        <w:t>Other Experiences &amp; Interests</w:t>
      </w:r>
    </w:p>
    <w:p w:rsidR="00532BE1" w:rsidRPr="005C2C76" w:rsidRDefault="00532BE1" w:rsidP="00532BE1">
      <w:pPr>
        <w:pStyle w:val="NormalWeb"/>
        <w:numPr>
          <w:ilvl w:val="0"/>
          <w:numId w:val="23"/>
        </w:numPr>
        <w:rPr>
          <w:sz w:val="28"/>
          <w:szCs w:val="28"/>
        </w:rPr>
      </w:pPr>
      <w:r w:rsidRPr="005C2C76">
        <w:rPr>
          <w:sz w:val="28"/>
          <w:szCs w:val="28"/>
        </w:rPr>
        <w:t>Construction – Knowledge of mortar and concrete work.</w:t>
      </w:r>
    </w:p>
    <w:p w:rsidR="00532BE1" w:rsidRPr="005C2C76" w:rsidRDefault="00532BE1" w:rsidP="00532BE1">
      <w:pPr>
        <w:pStyle w:val="NormalWeb"/>
        <w:numPr>
          <w:ilvl w:val="0"/>
          <w:numId w:val="23"/>
        </w:numPr>
        <w:rPr>
          <w:sz w:val="28"/>
          <w:szCs w:val="28"/>
        </w:rPr>
      </w:pPr>
      <w:r w:rsidRPr="005C2C76">
        <w:rPr>
          <w:sz w:val="28"/>
          <w:szCs w:val="28"/>
        </w:rPr>
        <w:t>Sewing &amp; Knitting – Basic tailoring skills.</w:t>
      </w:r>
    </w:p>
    <w:p w:rsidR="00532BE1" w:rsidRPr="005C2C76" w:rsidRDefault="00532BE1" w:rsidP="00532BE1">
      <w:pPr>
        <w:pStyle w:val="NormalWeb"/>
        <w:numPr>
          <w:ilvl w:val="0"/>
          <w:numId w:val="23"/>
        </w:numPr>
        <w:rPr>
          <w:sz w:val="28"/>
          <w:szCs w:val="28"/>
        </w:rPr>
      </w:pPr>
      <w:r w:rsidRPr="005C2C76">
        <w:rPr>
          <w:sz w:val="28"/>
          <w:szCs w:val="28"/>
        </w:rPr>
        <w:t xml:space="preserve">Retail Management – Worked as shop attendant at </w:t>
      </w:r>
      <w:r w:rsidRPr="005C2C76">
        <w:rPr>
          <w:rStyle w:val="Emphasis"/>
          <w:i w:val="0"/>
          <w:sz w:val="28"/>
          <w:szCs w:val="28"/>
        </w:rPr>
        <w:t>Pressing Point &amp; Laundry Services</w:t>
      </w:r>
      <w:r w:rsidRPr="005C2C76">
        <w:rPr>
          <w:sz w:val="28"/>
          <w:szCs w:val="28"/>
        </w:rPr>
        <w:t xml:space="preserve">, </w:t>
      </w:r>
      <w:proofErr w:type="spellStart"/>
      <w:r w:rsidRPr="005C2C76">
        <w:rPr>
          <w:sz w:val="28"/>
          <w:szCs w:val="28"/>
        </w:rPr>
        <w:t>Tesano</w:t>
      </w:r>
      <w:proofErr w:type="spellEnd"/>
      <w:r w:rsidRPr="005C2C76">
        <w:rPr>
          <w:sz w:val="28"/>
          <w:szCs w:val="28"/>
        </w:rPr>
        <w:t>.</w:t>
      </w:r>
    </w:p>
    <w:p w:rsidR="00532BE1" w:rsidRPr="005C2C76" w:rsidRDefault="00532BE1" w:rsidP="00532BE1">
      <w:pPr>
        <w:pStyle w:val="NormalWeb"/>
        <w:numPr>
          <w:ilvl w:val="0"/>
          <w:numId w:val="23"/>
        </w:numPr>
        <w:rPr>
          <w:sz w:val="28"/>
          <w:szCs w:val="28"/>
        </w:rPr>
      </w:pPr>
      <w:r w:rsidRPr="005C2C76">
        <w:rPr>
          <w:sz w:val="28"/>
          <w:szCs w:val="28"/>
        </w:rPr>
        <w:t>Football – Passion for sports and active participation.</w:t>
      </w:r>
    </w:p>
    <w:p w:rsidR="00532BE1" w:rsidRPr="005C2C76" w:rsidRDefault="00532BE1" w:rsidP="00532BE1">
      <w:pPr>
        <w:pStyle w:val="NormalWeb"/>
        <w:numPr>
          <w:ilvl w:val="0"/>
          <w:numId w:val="23"/>
        </w:numPr>
        <w:rPr>
          <w:sz w:val="28"/>
          <w:szCs w:val="28"/>
        </w:rPr>
      </w:pPr>
      <w:r w:rsidRPr="005C2C76">
        <w:rPr>
          <w:sz w:val="28"/>
          <w:szCs w:val="28"/>
        </w:rPr>
        <w:t>Driving – Holds a valid driver’s license.</w:t>
      </w:r>
    </w:p>
    <w:p w:rsidR="00532BE1" w:rsidRPr="005C2C76" w:rsidRDefault="00532BE1" w:rsidP="00532BE1">
      <w:pPr>
        <w:rPr>
          <w:rFonts w:ascii="Times New Roman" w:hAnsi="Times New Roman" w:cs="Times New Roman"/>
          <w:sz w:val="28"/>
          <w:szCs w:val="28"/>
        </w:rPr>
      </w:pPr>
    </w:p>
    <w:p w:rsidR="00532BE1" w:rsidRPr="005C2C76" w:rsidRDefault="00532BE1" w:rsidP="00532BE1">
      <w:pPr>
        <w:pStyle w:val="Heading2"/>
        <w:rPr>
          <w:rFonts w:ascii="Times New Roman" w:hAnsi="Times New Roman" w:cs="Times New Roman"/>
          <w:sz w:val="28"/>
          <w:szCs w:val="28"/>
        </w:rPr>
      </w:pPr>
      <w:r w:rsidRPr="005C2C76">
        <w:rPr>
          <w:rStyle w:val="Strong"/>
          <w:rFonts w:ascii="Times New Roman" w:hAnsi="Times New Roman" w:cs="Times New Roman"/>
          <w:b/>
          <w:bCs/>
          <w:sz w:val="28"/>
          <w:szCs w:val="28"/>
        </w:rPr>
        <w:t>Languages</w:t>
      </w:r>
    </w:p>
    <w:p w:rsidR="00532BE1" w:rsidRPr="005C2C76" w:rsidRDefault="00532BE1" w:rsidP="00532BE1">
      <w:pPr>
        <w:pStyle w:val="NormalWeb"/>
        <w:numPr>
          <w:ilvl w:val="0"/>
          <w:numId w:val="24"/>
        </w:numPr>
        <w:rPr>
          <w:sz w:val="28"/>
          <w:szCs w:val="28"/>
        </w:rPr>
      </w:pPr>
      <w:r w:rsidRPr="005C2C76">
        <w:rPr>
          <w:sz w:val="28"/>
          <w:szCs w:val="28"/>
        </w:rPr>
        <w:t>English – Fluent</w:t>
      </w:r>
    </w:p>
    <w:p w:rsidR="00532BE1" w:rsidRPr="005C2C76" w:rsidRDefault="00532BE1" w:rsidP="00532BE1">
      <w:pPr>
        <w:pStyle w:val="NormalWeb"/>
        <w:numPr>
          <w:ilvl w:val="0"/>
          <w:numId w:val="24"/>
        </w:numPr>
        <w:rPr>
          <w:sz w:val="28"/>
          <w:szCs w:val="28"/>
        </w:rPr>
      </w:pPr>
      <w:r w:rsidRPr="005C2C76">
        <w:rPr>
          <w:sz w:val="28"/>
          <w:szCs w:val="28"/>
        </w:rPr>
        <w:t>Twi – Fluent</w:t>
      </w:r>
    </w:p>
    <w:p w:rsidR="00532BE1" w:rsidRPr="005C2C76" w:rsidRDefault="00532BE1" w:rsidP="00532BE1">
      <w:pPr>
        <w:pStyle w:val="NormalWeb"/>
        <w:numPr>
          <w:ilvl w:val="0"/>
          <w:numId w:val="24"/>
        </w:numPr>
        <w:rPr>
          <w:sz w:val="28"/>
          <w:szCs w:val="28"/>
        </w:rPr>
      </w:pPr>
      <w:r w:rsidRPr="005C2C76">
        <w:rPr>
          <w:sz w:val="28"/>
          <w:szCs w:val="28"/>
        </w:rPr>
        <w:t>Ga – Fluent</w:t>
      </w:r>
    </w:p>
    <w:p w:rsidR="00532BE1" w:rsidRDefault="00532BE1" w:rsidP="00532BE1">
      <w:pPr>
        <w:pStyle w:val="NormalWeb"/>
        <w:numPr>
          <w:ilvl w:val="0"/>
          <w:numId w:val="24"/>
        </w:numPr>
        <w:rPr>
          <w:sz w:val="28"/>
          <w:szCs w:val="28"/>
        </w:rPr>
      </w:pPr>
      <w:r w:rsidRPr="005C2C76">
        <w:rPr>
          <w:sz w:val="28"/>
          <w:szCs w:val="28"/>
        </w:rPr>
        <w:t>Hausa – Intermediate</w:t>
      </w:r>
    </w:p>
    <w:p w:rsidR="005C2C76" w:rsidRPr="005C2C76" w:rsidRDefault="005C2C76" w:rsidP="005C2C76">
      <w:pPr>
        <w:pStyle w:val="NormalWeb"/>
        <w:rPr>
          <w:sz w:val="28"/>
          <w:szCs w:val="28"/>
        </w:rPr>
      </w:pPr>
      <w:r w:rsidRPr="005C2C76">
        <w:rPr>
          <w:sz w:val="28"/>
          <w:szCs w:val="28"/>
          <w:lang w:val="en-US"/>
        </w:rPr>
        <w:t>References available upon request.</w:t>
      </w:r>
      <w:bookmarkStart w:id="0" w:name="_GoBack"/>
      <w:bookmarkEnd w:id="0"/>
    </w:p>
    <w:p w:rsidR="003513DC" w:rsidRPr="005C2C76" w:rsidRDefault="003513DC" w:rsidP="00532BE1">
      <w:pPr>
        <w:rPr>
          <w:rFonts w:ascii="Times New Roman" w:hAnsi="Times New Roman" w:cs="Times New Roman"/>
          <w:sz w:val="28"/>
          <w:szCs w:val="28"/>
        </w:rPr>
      </w:pPr>
    </w:p>
    <w:sectPr w:rsidR="003513DC" w:rsidRPr="005C2C7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32D0B3D"/>
    <w:multiLevelType w:val="multilevel"/>
    <w:tmpl w:val="B242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A1870C0"/>
    <w:multiLevelType w:val="multilevel"/>
    <w:tmpl w:val="9F5AD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BE91D2E"/>
    <w:multiLevelType w:val="multilevel"/>
    <w:tmpl w:val="2E98D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18523B"/>
    <w:multiLevelType w:val="multilevel"/>
    <w:tmpl w:val="F3664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603626"/>
    <w:multiLevelType w:val="multilevel"/>
    <w:tmpl w:val="0FC8F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235BC9"/>
    <w:multiLevelType w:val="multilevel"/>
    <w:tmpl w:val="EC401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7E449E"/>
    <w:multiLevelType w:val="multilevel"/>
    <w:tmpl w:val="3364E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082861"/>
    <w:multiLevelType w:val="multilevel"/>
    <w:tmpl w:val="8B1C4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2D6616"/>
    <w:multiLevelType w:val="multilevel"/>
    <w:tmpl w:val="3A985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EF046D2"/>
    <w:multiLevelType w:val="multilevel"/>
    <w:tmpl w:val="6A1AC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C36E97"/>
    <w:multiLevelType w:val="multilevel"/>
    <w:tmpl w:val="EB1C2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5376E9"/>
    <w:multiLevelType w:val="multilevel"/>
    <w:tmpl w:val="55029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643720"/>
    <w:multiLevelType w:val="hybridMultilevel"/>
    <w:tmpl w:val="E72624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9BC70A6"/>
    <w:multiLevelType w:val="multilevel"/>
    <w:tmpl w:val="E294D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F995F74"/>
    <w:multiLevelType w:val="multilevel"/>
    <w:tmpl w:val="3B685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21"/>
  </w:num>
  <w:num w:numId="11">
    <w:abstractNumId w:val="12"/>
  </w:num>
  <w:num w:numId="12">
    <w:abstractNumId w:val="17"/>
  </w:num>
  <w:num w:numId="13">
    <w:abstractNumId w:val="22"/>
  </w:num>
  <w:num w:numId="14">
    <w:abstractNumId w:val="15"/>
  </w:num>
  <w:num w:numId="15">
    <w:abstractNumId w:val="18"/>
  </w:num>
  <w:num w:numId="16">
    <w:abstractNumId w:val="23"/>
  </w:num>
  <w:num w:numId="17">
    <w:abstractNumId w:val="14"/>
  </w:num>
  <w:num w:numId="18">
    <w:abstractNumId w:val="16"/>
  </w:num>
  <w:num w:numId="19">
    <w:abstractNumId w:val="11"/>
  </w:num>
  <w:num w:numId="20">
    <w:abstractNumId w:val="13"/>
  </w:num>
  <w:num w:numId="21">
    <w:abstractNumId w:val="10"/>
  </w:num>
  <w:num w:numId="22">
    <w:abstractNumId w:val="19"/>
  </w:num>
  <w:num w:numId="23">
    <w:abstractNumId w:val="20"/>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730"/>
    <w:rsid w:val="00034616"/>
    <w:rsid w:val="0006063C"/>
    <w:rsid w:val="0015074B"/>
    <w:rsid w:val="0029639D"/>
    <w:rsid w:val="002E0822"/>
    <w:rsid w:val="00326F90"/>
    <w:rsid w:val="003513DC"/>
    <w:rsid w:val="00532BE1"/>
    <w:rsid w:val="005C2C76"/>
    <w:rsid w:val="006742BD"/>
    <w:rsid w:val="00A35D6C"/>
    <w:rsid w:val="00AA1D8D"/>
    <w:rsid w:val="00B47730"/>
    <w:rsid w:val="00C34749"/>
    <w:rsid w:val="00C82C6C"/>
    <w:rsid w:val="00CB0664"/>
    <w:rsid w:val="00E7727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DD952C"/>
  <w14:defaultImageDpi w14:val="300"/>
  <w15:docId w15:val="{8903FA6F-82C1-4060-AC6F-46E067A2B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42BD"/>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E7727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semiHidden/>
    <w:unhideWhenUsed/>
    <w:rsid w:val="002E08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7153514">
      <w:bodyDiv w:val="1"/>
      <w:marLeft w:val="0"/>
      <w:marRight w:val="0"/>
      <w:marTop w:val="0"/>
      <w:marBottom w:val="0"/>
      <w:divBdr>
        <w:top w:val="none" w:sz="0" w:space="0" w:color="auto"/>
        <w:left w:val="none" w:sz="0" w:space="0" w:color="auto"/>
        <w:bottom w:val="none" w:sz="0" w:space="0" w:color="auto"/>
        <w:right w:val="none" w:sz="0" w:space="0" w:color="auto"/>
      </w:divBdr>
    </w:div>
    <w:div w:id="1002706403">
      <w:bodyDiv w:val="1"/>
      <w:marLeft w:val="0"/>
      <w:marRight w:val="0"/>
      <w:marTop w:val="0"/>
      <w:marBottom w:val="0"/>
      <w:divBdr>
        <w:top w:val="none" w:sz="0" w:space="0" w:color="auto"/>
        <w:left w:val="none" w:sz="0" w:space="0" w:color="auto"/>
        <w:bottom w:val="none" w:sz="0" w:space="0" w:color="auto"/>
        <w:right w:val="none" w:sz="0" w:space="0" w:color="auto"/>
      </w:divBdr>
    </w:div>
    <w:div w:id="1729331189">
      <w:bodyDiv w:val="1"/>
      <w:marLeft w:val="0"/>
      <w:marRight w:val="0"/>
      <w:marTop w:val="0"/>
      <w:marBottom w:val="0"/>
      <w:divBdr>
        <w:top w:val="none" w:sz="0" w:space="0" w:color="auto"/>
        <w:left w:val="none" w:sz="0" w:space="0" w:color="auto"/>
        <w:bottom w:val="none" w:sz="0" w:space="0" w:color="auto"/>
        <w:right w:val="none" w:sz="0" w:space="0" w:color="auto"/>
      </w:divBdr>
    </w:div>
    <w:div w:id="18373065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kofiannankoradje.com/" TargetMode="External"/><Relationship Id="rId13" Type="http://schemas.openxmlformats.org/officeDocument/2006/relationships/hyperlink" Target="https://boldcrystalslimited.co.uk/" TargetMode="External"/><Relationship Id="rId3" Type="http://schemas.openxmlformats.org/officeDocument/2006/relationships/styles" Target="styles.xml"/><Relationship Id="rId7" Type="http://schemas.openxmlformats.org/officeDocument/2006/relationships/hyperlink" Target="mailto:kofiannankoradje1@gmail.com" TargetMode="External"/><Relationship Id="rId12" Type="http://schemas.openxmlformats.org/officeDocument/2006/relationships/hyperlink" Target="https://jay.great-site.net/?i=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kofik1437g@gmail.com" TargetMode="External"/><Relationship Id="rId11" Type="http://schemas.openxmlformats.org/officeDocument/2006/relationships/hyperlink" Target="https://elevateyouressence.co.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gepsafety.co.uk/" TargetMode="External"/><Relationship Id="rId4" Type="http://schemas.openxmlformats.org/officeDocument/2006/relationships/settings" Target="settings.xml"/><Relationship Id="rId9" Type="http://schemas.openxmlformats.org/officeDocument/2006/relationships/hyperlink" Target="https://boldcrystalslimited.co.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996242-9AD5-4FEB-8DC2-B51BE9C6F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924</Words>
  <Characters>5271</Characters>
  <Application>Microsoft Office Word</Application>
  <DocSecurity>0</DocSecurity>
  <Lines>43</Lines>
  <Paragraphs>12</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Manager/>
  <Company/>
  <LinksUpToDate>false</LinksUpToDate>
  <CharactersWithSpaces>6183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Annan Kofi Koradje 4211210692</cp:lastModifiedBy>
  <cp:revision>2</cp:revision>
  <dcterms:created xsi:type="dcterms:W3CDTF">2025-09-18T10:50:00Z</dcterms:created>
  <dcterms:modified xsi:type="dcterms:W3CDTF">2025-09-18T10:50:00Z</dcterms:modified>
  <cp:category/>
</cp:coreProperties>
</file>